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EF72BA" w14:textId="77777777" w:rsidR="00900948" w:rsidRDefault="00F87C33">
      <w:pPr>
        <w:jc w:val="center"/>
      </w:pPr>
      <w:r>
        <w:rPr>
          <w:noProof/>
        </w:rPr>
        <w:drawing>
          <wp:inline distT="0" distB="0" distL="0" distR="0" wp14:anchorId="31B3A0A4" wp14:editId="53267A62">
            <wp:extent cx="5715000" cy="857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bors-Little-Logbook-Cover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104D7" w14:textId="77777777" w:rsidR="00900948" w:rsidRDefault="00F87C33">
      <w:pPr>
        <w:spacing w:before="2400"/>
        <w:jc w:val="center"/>
      </w:pPr>
      <w:r>
        <w:rPr>
          <w:b/>
          <w:color w:val="7A0C5A"/>
          <w:sz w:val="26"/>
        </w:rPr>
        <w:lastRenderedPageBreak/>
        <w:t>ROYALLEI</w:t>
      </w:r>
    </w:p>
    <w:p w14:paraId="0DF37996" w14:textId="77777777" w:rsidR="00900948" w:rsidRDefault="00F87C33">
      <w:pPr>
        <w:spacing w:before="200" w:after="160"/>
        <w:jc w:val="center"/>
      </w:pPr>
      <w:r>
        <w:rPr>
          <w:rFonts w:ascii="Georgia" w:hAnsi="Georgia"/>
          <w:b/>
          <w:color w:val="E808C4"/>
          <w:sz w:val="64"/>
        </w:rPr>
        <w:t>Harbor’s Little Logbook</w:t>
      </w:r>
    </w:p>
    <w:p w14:paraId="508C1BED" w14:textId="77777777" w:rsidR="00900948" w:rsidRDefault="00F87C33">
      <w:pPr>
        <w:jc w:val="center"/>
      </w:pPr>
      <w:r>
        <w:rPr>
          <w:i/>
          <w:color w:val="7A0C5A"/>
          <w:sz w:val="34"/>
        </w:rPr>
        <w:t>A Diary for Kids</w:t>
      </w:r>
    </w:p>
    <w:p w14:paraId="2A1821ED" w14:textId="77777777" w:rsidR="00900948" w:rsidRDefault="00F87C33">
      <w:pPr>
        <w:jc w:val="center"/>
      </w:pPr>
      <w:r>
        <w:rPr>
          <w:color w:val="E808C4"/>
          <w:sz w:val="32"/>
        </w:rPr>
        <w:t>✦</w:t>
      </w:r>
    </w:p>
    <w:p w14:paraId="7ADA37DE" w14:textId="77777777" w:rsidR="00900948" w:rsidRDefault="00F87C33">
      <w:pPr>
        <w:jc w:val="center"/>
      </w:pPr>
      <w:r>
        <w:rPr>
          <w:i/>
          <w:sz w:val="26"/>
        </w:rPr>
        <w:t>For every heart finding its way home.</w:t>
      </w:r>
    </w:p>
    <w:p w14:paraId="209E3763" w14:textId="77777777" w:rsidR="00900948" w:rsidRDefault="00900948"/>
    <w:p w14:paraId="70BF8E7A" w14:textId="77777777" w:rsidR="00900948" w:rsidRDefault="00900948"/>
    <w:p w14:paraId="7FC9E364" w14:textId="77777777" w:rsidR="00900948" w:rsidRDefault="00900948"/>
    <w:p w14:paraId="7F2563F1" w14:textId="77777777" w:rsidR="00900948" w:rsidRDefault="00F87C33">
      <w:pPr>
        <w:jc w:val="center"/>
      </w:pPr>
      <w:r>
        <w:rPr>
          <w:b/>
          <w:sz w:val="30"/>
        </w:rPr>
        <w:t>LENKA JOHN</w:t>
      </w:r>
    </w:p>
    <w:p w14:paraId="5878150D" w14:textId="77777777" w:rsidR="00900948" w:rsidRDefault="00F87C33">
      <w:pPr>
        <w:jc w:val="center"/>
      </w:pPr>
      <w:r>
        <w:rPr>
          <w:sz w:val="24"/>
        </w:rPr>
        <w:t>royallei.com</w:t>
      </w:r>
    </w:p>
    <w:p w14:paraId="11CC8159" w14:textId="77777777" w:rsidR="00900948" w:rsidRDefault="00F87C33">
      <w:pPr>
        <w:jc w:val="center"/>
      </w:pPr>
      <w:r>
        <w:rPr>
          <w:sz w:val="20"/>
        </w:rPr>
        <w:t>© 2026 Lenka John. All rights reserved.</w:t>
      </w:r>
    </w:p>
    <w:p w14:paraId="6D8ADCD7" w14:textId="77777777" w:rsidR="00900948" w:rsidRDefault="00F87C33">
      <w:pPr>
        <w:pageBreakBefore/>
        <w:spacing w:after="160"/>
        <w:jc w:val="center"/>
      </w:pPr>
      <w:r>
        <w:rPr>
          <w:rFonts w:ascii="Georgia" w:hAnsi="Georgia"/>
          <w:b/>
          <w:color w:val="E808C4"/>
          <w:sz w:val="44"/>
        </w:rPr>
        <w:lastRenderedPageBreak/>
        <w:t>This Logbook Belongs To</w:t>
      </w:r>
    </w:p>
    <w:p w14:paraId="03471613" w14:textId="77777777" w:rsidR="00900948" w:rsidRDefault="00900948"/>
    <w:p w14:paraId="59269504" w14:textId="77777777" w:rsidR="00900948" w:rsidRDefault="00900948"/>
    <w:p w14:paraId="382FAA8D" w14:textId="77777777" w:rsidR="00900948" w:rsidRDefault="00F87C33">
      <w:pPr>
        <w:jc w:val="center"/>
      </w:pPr>
      <w:r>
        <w:rPr>
          <w:color w:val="7A0C5A"/>
          <w:sz w:val="30"/>
        </w:rPr>
        <w:t>My name is</w:t>
      </w:r>
    </w:p>
    <w:p w14:paraId="17AEA384" w14:textId="77777777" w:rsidR="00900948" w:rsidRDefault="00F87C33">
      <w:pPr>
        <w:spacing w:after="400"/>
        <w:jc w:val="center"/>
      </w:pPr>
      <w:r>
        <w:rPr>
          <w:color w:val="BBBBBB"/>
          <w:sz w:val="32"/>
        </w:rPr>
        <w:t>________________________________</w:t>
      </w:r>
    </w:p>
    <w:p w14:paraId="21C3AC96" w14:textId="77777777" w:rsidR="00900948" w:rsidRDefault="00F87C33">
      <w:pPr>
        <w:jc w:val="center"/>
      </w:pPr>
      <w:r>
        <w:rPr>
          <w:sz w:val="30"/>
        </w:rPr>
        <w:t>I am ______ years old.</w:t>
      </w:r>
    </w:p>
    <w:p w14:paraId="6AC0C1B8" w14:textId="77777777" w:rsidR="00900948" w:rsidRDefault="00F87C33">
      <w:pPr>
        <w:jc w:val="center"/>
      </w:pPr>
      <w:r>
        <w:rPr>
          <w:sz w:val="30"/>
        </w:rPr>
        <w:t>My favorite color is ____________________.</w:t>
      </w:r>
    </w:p>
    <w:p w14:paraId="7FD497C4" w14:textId="77777777" w:rsidR="00900948" w:rsidRDefault="00900948"/>
    <w:p w14:paraId="19CF37EF" w14:textId="77777777" w:rsidR="00900948" w:rsidRDefault="00900948"/>
    <w:p w14:paraId="3DA19DB9" w14:textId="77777777" w:rsidR="00900948" w:rsidRDefault="00F87C33">
      <w:pPr>
        <w:jc w:val="center"/>
      </w:pPr>
      <w:r>
        <w:rPr>
          <w:i/>
          <w:color w:val="7A0C5A"/>
          <w:sz w:val="26"/>
        </w:rPr>
        <w:t>If you find this logbook, please bring it back to me. Harbor and I thank you!</w:t>
      </w:r>
    </w:p>
    <w:p w14:paraId="7C2C8A23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lastRenderedPageBreak/>
        <w:t>A Letter from Harbor</w:t>
      </w:r>
    </w:p>
    <w:p w14:paraId="53BC48F0" w14:textId="77777777" w:rsidR="00900948" w:rsidRDefault="00F87C33">
      <w:r>
        <w:rPr>
          <w:sz w:val="30"/>
        </w:rPr>
        <w:t>Aloha, friend! I am Harbor, the little plush from the harbor.</w:t>
      </w:r>
    </w:p>
    <w:p w14:paraId="79471280" w14:textId="77777777" w:rsidR="00900948" w:rsidRDefault="00F87C33">
      <w:r>
        <w:rPr>
          <w:sz w:val="30"/>
        </w:rPr>
        <w:t>I wear a teal aloha shirt, a lei of plumeria flowers, and a gold crown that is a tiny bit too big.</w:t>
      </w:r>
    </w:p>
    <w:p w14:paraId="369DA73F" w14:textId="77777777" w:rsidR="00900948" w:rsidRDefault="00F87C33">
      <w:r>
        <w:rPr>
          <w:sz w:val="30"/>
        </w:rPr>
        <w:t>Every evening, I climb the lighthouse stairs and light the lamp, so every boat can find its way home.</w:t>
      </w:r>
    </w:p>
    <w:p w14:paraId="5925E132" w14:textId="77777777" w:rsidR="00900948" w:rsidRDefault="00F87C33">
      <w:r>
        <w:rPr>
          <w:sz w:val="30"/>
        </w:rPr>
        <w:t>Now I have a new job, too — sitting beside you while you write and draw your days.</w:t>
      </w:r>
    </w:p>
    <w:p w14:paraId="1D3D15AE" w14:textId="77777777" w:rsidR="00900948" w:rsidRDefault="00F87C33">
      <w:r>
        <w:rPr>
          <w:sz w:val="30"/>
        </w:rPr>
        <w:t>You do not have to be big to be brave. You only have to shine, a little bit, every single day.</w:t>
      </w:r>
    </w:p>
    <w:p w14:paraId="4B7577DF" w14:textId="77777777" w:rsidR="00900948" w:rsidRDefault="00F87C33">
      <w:r>
        <w:rPr>
          <w:sz w:val="30"/>
        </w:rPr>
        <w:t>Tell me about your sunny days, your rainy days, and your rainbow days. I want to hear them all.</w:t>
      </w:r>
    </w:p>
    <w:p w14:paraId="748480AC" w14:textId="77777777" w:rsidR="00900948" w:rsidRDefault="00F87C33">
      <w:r>
        <w:rPr>
          <w:sz w:val="30"/>
        </w:rPr>
        <w:t>I will be right here on every page, cheering for you.</w:t>
      </w:r>
    </w:p>
    <w:p w14:paraId="1A493E72" w14:textId="77777777" w:rsidR="00900948" w:rsidRDefault="00F87C33">
      <w:r>
        <w:rPr>
          <w:sz w:val="30"/>
        </w:rPr>
        <w:t>Ready? Push up your crown, pick up your pencil, and let’s begin!</w:t>
      </w:r>
    </w:p>
    <w:p w14:paraId="06ED6DEA" w14:textId="77777777" w:rsidR="00900948" w:rsidRDefault="00F87C33">
      <w:pPr>
        <w:spacing w:before="200" w:after="40"/>
      </w:pPr>
      <w:r>
        <w:rPr>
          <w:i/>
          <w:sz w:val="30"/>
        </w:rPr>
        <w:t>With aloha,</w:t>
      </w:r>
    </w:p>
    <w:p w14:paraId="5D9E5CF5" w14:textId="77777777" w:rsidR="00900948" w:rsidRDefault="00F87C33">
      <w:pPr>
        <w:spacing w:after="0"/>
      </w:pPr>
      <w:r>
        <w:rPr>
          <w:b/>
          <w:color w:val="7A0C5A"/>
          <w:sz w:val="32"/>
        </w:rPr>
        <w:t>Harbor</w:t>
      </w:r>
    </w:p>
    <w:p w14:paraId="1F6110A0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lastRenderedPageBreak/>
        <w:t>How to Use Your Logbook</w:t>
      </w:r>
    </w:p>
    <w:p w14:paraId="69C799FF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For You</w:t>
      </w:r>
    </w:p>
    <w:p w14:paraId="296BBD9B" w14:textId="77777777" w:rsidR="00900948" w:rsidRDefault="00F87C33">
      <w:pPr>
        <w:spacing w:after="120"/>
      </w:pPr>
      <w:r>
        <w:t>•  Pick the weather that matches your heart today.</w:t>
      </w:r>
    </w:p>
    <w:p w14:paraId="2555A15A" w14:textId="77777777" w:rsidR="00900948" w:rsidRDefault="00F87C33">
      <w:pPr>
        <w:spacing w:after="120"/>
      </w:pPr>
      <w:r>
        <w:t>•  Write one good thing — big or small, it counts.</w:t>
      </w:r>
    </w:p>
    <w:p w14:paraId="611BBC74" w14:textId="77777777" w:rsidR="00900948" w:rsidRDefault="00F87C33">
      <w:pPr>
        <w:spacing w:after="120"/>
      </w:pPr>
      <w:r>
        <w:t>•  Draw your day in the big box.</w:t>
      </w:r>
    </w:p>
    <w:p w14:paraId="0019A847" w14:textId="77777777" w:rsidR="00900948" w:rsidRDefault="00F87C33">
      <w:pPr>
        <w:spacing w:after="120"/>
      </w:pPr>
      <w:r>
        <w:t>•  Read Harbor’s words at the bottom of the page. He saved them just for you.</w:t>
      </w:r>
    </w:p>
    <w:p w14:paraId="7359621D" w14:textId="77777777" w:rsidR="00900948" w:rsidRDefault="00F87C33">
      <w:pPr>
        <w:spacing w:after="120"/>
      </w:pPr>
      <w:r>
        <w:t>•  On Fridays, color your stars!</w:t>
      </w:r>
    </w:p>
    <w:p w14:paraId="4715E6D3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For Grown-Ups</w:t>
      </w:r>
    </w:p>
    <w:p w14:paraId="2E451088" w14:textId="77777777" w:rsidR="00900948" w:rsidRDefault="00F87C33">
      <w:r>
        <w:rPr>
          <w:sz w:val="26"/>
        </w:rPr>
        <w:t>Read along with your child, or let them explore on their own. There are no wrong answers in this logbook. Some days, the weather in a child’s heart is stormy — that is a fine page, too. All Harbor asks is honesty, kindness, and a little bit of shine.</w:t>
      </w:r>
    </w:p>
    <w:p w14:paraId="2A98101E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lastRenderedPageBreak/>
        <w:t>Day 1</w:t>
      </w:r>
    </w:p>
    <w:p w14:paraId="26AF1927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2664C73C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033C0904" w14:textId="77777777" w:rsidR="00900948" w:rsidRDefault="00F87C33">
      <w:pPr>
        <w:spacing w:after="120"/>
      </w:pPr>
      <w:r>
        <w:t>○ Sunny    ○ Cloudy    ○ Rainy    ○ Stormy    ○ Rainbow</w:t>
      </w:r>
    </w:p>
    <w:p w14:paraId="3132851E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7A299F3F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29CF3271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CCEEAF3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79183435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484CE4A3" w14:textId="77777777">
        <w:trPr>
          <w:trHeight w:val="4000"/>
        </w:trPr>
        <w:tc>
          <w:tcPr>
            <w:tcW w:w="9920" w:type="dxa"/>
          </w:tcPr>
          <w:p w14:paraId="3097BD7B" w14:textId="77777777" w:rsidR="00900948" w:rsidRDefault="00900948"/>
        </w:tc>
      </w:tr>
    </w:tbl>
    <w:p w14:paraId="48EC0998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“Small lights still matter. Your light matters too.”</w:t>
      </w:r>
    </w:p>
    <w:p w14:paraId="2238F7E5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2</w:t>
      </w:r>
    </w:p>
    <w:p w14:paraId="7E8AC057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2C01B3A1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5855023A" w14:textId="77777777" w:rsidR="00900948" w:rsidRDefault="00F87C33">
      <w:pPr>
        <w:spacing w:after="120"/>
      </w:pPr>
      <w:r>
        <w:t>○ Sunny    ○ Cloudy    ○ Rainy    ○ Stormy    ○ Rainbow</w:t>
      </w:r>
    </w:p>
    <w:p w14:paraId="504343A3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3F869284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28AFA4AD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754D48B3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30EB02A6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770E505F" w14:textId="77777777">
        <w:trPr>
          <w:trHeight w:val="4000"/>
        </w:trPr>
        <w:tc>
          <w:tcPr>
            <w:tcW w:w="9920" w:type="dxa"/>
          </w:tcPr>
          <w:p w14:paraId="42D16B4D" w14:textId="77777777" w:rsidR="00900948" w:rsidRDefault="00900948"/>
        </w:tc>
      </w:tr>
    </w:tbl>
    <w:p w14:paraId="7B2E3FD3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“You are seen, and you are loved.”</w:t>
      </w:r>
    </w:p>
    <w:p w14:paraId="38537079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3</w:t>
      </w:r>
    </w:p>
    <w:p w14:paraId="740E9E4E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6FDC1A0F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69E097B9" w14:textId="77777777" w:rsidR="00900948" w:rsidRDefault="00F87C33">
      <w:pPr>
        <w:spacing w:after="120"/>
      </w:pPr>
      <w:r>
        <w:t>○ Sunny    ○ Cloudy    ○ Rainy    ○ Stormy    ○ Rainbow</w:t>
      </w:r>
    </w:p>
    <w:p w14:paraId="68299229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Nalu asks: What made you laugh today?</w:t>
      </w:r>
    </w:p>
    <w:p w14:paraId="1DD915B3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2C222F99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3688C392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37C37A5A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7A9651DD" w14:textId="77777777">
        <w:trPr>
          <w:trHeight w:val="4000"/>
        </w:trPr>
        <w:tc>
          <w:tcPr>
            <w:tcW w:w="9920" w:type="dxa"/>
          </w:tcPr>
          <w:p w14:paraId="61399F04" w14:textId="77777777" w:rsidR="00900948" w:rsidRDefault="00900948"/>
        </w:tc>
      </w:tr>
    </w:tbl>
    <w:p w14:paraId="73CF7D53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“Saying aloha means: I see you, and I am glad you are here.”</w:t>
      </w:r>
    </w:p>
    <w:p w14:paraId="7A07C485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4</w:t>
      </w:r>
    </w:p>
    <w:p w14:paraId="170B2DC3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22E746AB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1D8EC3C6" w14:textId="77777777" w:rsidR="00900948" w:rsidRDefault="00F87C33">
      <w:pPr>
        <w:spacing w:after="120"/>
      </w:pPr>
      <w:r>
        <w:t>○ Sunny    ○ Cloudy    ○ Rainy    ○ Stormy    ○ Rainbow</w:t>
      </w:r>
    </w:p>
    <w:p w14:paraId="08F93882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5BF981D5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DF6A179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499D514F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33451FF0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22AADCBB" w14:textId="77777777">
        <w:trPr>
          <w:trHeight w:val="4000"/>
        </w:trPr>
        <w:tc>
          <w:tcPr>
            <w:tcW w:w="9920" w:type="dxa"/>
          </w:tcPr>
          <w:p w14:paraId="7DE704AA" w14:textId="77777777" w:rsidR="00900948" w:rsidRDefault="00900948"/>
        </w:tc>
      </w:tr>
    </w:tbl>
    <w:p w14:paraId="0FE2A5DD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“A kind heart is the best crown of all.”</w:t>
      </w:r>
    </w:p>
    <w:p w14:paraId="0501BE0B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5</w:t>
      </w:r>
    </w:p>
    <w:p w14:paraId="2EE46CA9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0C295FDF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2A4FA4A3" w14:textId="77777777" w:rsidR="00900948" w:rsidRDefault="00F87C33">
      <w:pPr>
        <w:spacing w:after="120"/>
      </w:pPr>
      <w:r>
        <w:t>○ Sunny    ○ Cloudy    ○ Rainy    ○ Stormy    ○ Rainbow</w:t>
      </w:r>
    </w:p>
    <w:p w14:paraId="4C6BC4A6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5D64006D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6071338E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71D3C63E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64693BCC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79605E6D" w14:textId="77777777">
        <w:trPr>
          <w:trHeight w:val="2960"/>
        </w:trPr>
        <w:tc>
          <w:tcPr>
            <w:tcW w:w="9920" w:type="dxa"/>
          </w:tcPr>
          <w:p w14:paraId="3427E3F1" w14:textId="77777777" w:rsidR="00900948" w:rsidRDefault="00900948"/>
        </w:tc>
      </w:tr>
    </w:tbl>
    <w:p w14:paraId="01137F8D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Color Your Stars</w:t>
      </w:r>
    </w:p>
    <w:p w14:paraId="6410F2C0" w14:textId="77777777" w:rsidR="00900948" w:rsidRDefault="00F87C33">
      <w:pPr>
        <w:spacing w:after="80"/>
        <w:jc w:val="center"/>
      </w:pPr>
      <w:r>
        <w:rPr>
          <w:color w:val="E808C4"/>
          <w:sz w:val="68"/>
        </w:rPr>
        <w:t>☆  ☆  ☆  ☆  ☆</w:t>
      </w:r>
    </w:p>
    <w:p w14:paraId="793DA83C" w14:textId="77777777" w:rsidR="00900948" w:rsidRDefault="00F87C33">
      <w:pPr>
        <w:spacing w:before="200"/>
        <w:jc w:val="center"/>
      </w:pPr>
      <w:r>
        <w:rPr>
          <w:i/>
          <w:color w:val="7A0C5A"/>
        </w:rPr>
        <w:t>Harbor says: “Slow is okay. Honu swims slowly, and he always gets home.”</w:t>
      </w:r>
    </w:p>
    <w:p w14:paraId="4D6BEE19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6</w:t>
      </w:r>
    </w:p>
    <w:p w14:paraId="409A08ED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70554FC0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13E168EC" w14:textId="77777777" w:rsidR="00900948" w:rsidRDefault="00F87C33">
      <w:pPr>
        <w:spacing w:after="120"/>
      </w:pPr>
      <w:r>
        <w:t>○ Sunny    ○ Cloudy    ○ Rainy    ○ Stormy    ○ Rainbow</w:t>
      </w:r>
    </w:p>
    <w:p w14:paraId="4982D610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Honu says: What was slow and nice today?</w:t>
      </w:r>
    </w:p>
    <w:p w14:paraId="3B5B03B9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2DAA96DE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46A8125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4E9084A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59BC9808" w14:textId="77777777">
        <w:trPr>
          <w:trHeight w:val="4000"/>
        </w:trPr>
        <w:tc>
          <w:tcPr>
            <w:tcW w:w="9920" w:type="dxa"/>
          </w:tcPr>
          <w:p w14:paraId="7AEFB9EC" w14:textId="77777777" w:rsidR="00900948" w:rsidRDefault="00900948"/>
        </w:tc>
      </w:tr>
    </w:tbl>
    <w:p w14:paraId="33214A24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“Helping a friend makes your own heart feel bigger.”</w:t>
      </w:r>
    </w:p>
    <w:p w14:paraId="1F261BC0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7</w:t>
      </w:r>
    </w:p>
    <w:p w14:paraId="140351F8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5E6C59EE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7DC2DA32" w14:textId="77777777" w:rsidR="00900948" w:rsidRDefault="00F87C33">
      <w:pPr>
        <w:spacing w:after="120"/>
      </w:pPr>
      <w:r>
        <w:t>○ Sunny    ○ Cloudy    ○ Rainy    ○ Stormy    ○ Rainbow</w:t>
      </w:r>
    </w:p>
    <w:p w14:paraId="3739AF18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3AFEFA05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62CA6489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97FC9FE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674D02C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4C36DECD" w14:textId="77777777">
        <w:trPr>
          <w:trHeight w:val="4000"/>
        </w:trPr>
        <w:tc>
          <w:tcPr>
            <w:tcW w:w="9920" w:type="dxa"/>
          </w:tcPr>
          <w:p w14:paraId="4A62D29E" w14:textId="77777777" w:rsidR="00900948" w:rsidRDefault="00900948"/>
        </w:tc>
      </w:tr>
    </w:tbl>
    <w:p w14:paraId="700E2B6C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“Brave does not mean big. Brave means staying and shining anyway.”</w:t>
      </w:r>
    </w:p>
    <w:p w14:paraId="6AA4BCFA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My Week with Harbor</w:t>
      </w:r>
    </w:p>
    <w:p w14:paraId="4CF2AE7E" w14:textId="77777777" w:rsidR="00900948" w:rsidRDefault="00F87C33">
      <w:pPr>
        <w:spacing w:after="80"/>
      </w:pPr>
      <w:r>
        <w:rPr>
          <w:color w:val="7A0C5A"/>
          <w:sz w:val="30"/>
        </w:rPr>
        <w:t>Week 1</w:t>
      </w:r>
    </w:p>
    <w:p w14:paraId="151CF24A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Three Things I Liked This Week</w:t>
      </w:r>
    </w:p>
    <w:p w14:paraId="1287C48C" w14:textId="77777777" w:rsidR="00900948" w:rsidRDefault="00F87C33">
      <w:pPr>
        <w:spacing w:after="40"/>
      </w:pPr>
      <w:r>
        <w:rPr>
          <w:b/>
          <w:color w:val="7A0C5A"/>
        </w:rPr>
        <w:t>1.</w:t>
      </w:r>
    </w:p>
    <w:p w14:paraId="7D8BE328" w14:textId="77777777" w:rsidR="00900948" w:rsidRDefault="00F87C33">
      <w:r>
        <w:rPr>
          <w:color w:val="BBBBBB"/>
        </w:rPr>
        <w:t>__________________________________________________________</w:t>
      </w:r>
    </w:p>
    <w:p w14:paraId="7A966D7D" w14:textId="77777777" w:rsidR="00900948" w:rsidRDefault="00F87C33">
      <w:r>
        <w:rPr>
          <w:color w:val="BBBBBB"/>
        </w:rPr>
        <w:t>__________________________________________________________</w:t>
      </w:r>
    </w:p>
    <w:p w14:paraId="77F34D44" w14:textId="77777777" w:rsidR="00900948" w:rsidRDefault="00F87C33">
      <w:pPr>
        <w:spacing w:after="40"/>
      </w:pPr>
      <w:r>
        <w:rPr>
          <w:b/>
          <w:color w:val="7A0C5A"/>
        </w:rPr>
        <w:t>2.</w:t>
      </w:r>
    </w:p>
    <w:p w14:paraId="4BE82975" w14:textId="77777777" w:rsidR="00900948" w:rsidRDefault="00F87C33">
      <w:r>
        <w:rPr>
          <w:color w:val="BBBBBB"/>
        </w:rPr>
        <w:t>__________________________________________________________</w:t>
      </w:r>
    </w:p>
    <w:p w14:paraId="248B3BCE" w14:textId="77777777" w:rsidR="00900948" w:rsidRDefault="00F87C33">
      <w:r>
        <w:rPr>
          <w:color w:val="BBBBBB"/>
        </w:rPr>
        <w:t>__________________________________________________________</w:t>
      </w:r>
    </w:p>
    <w:p w14:paraId="0C82208F" w14:textId="77777777" w:rsidR="00900948" w:rsidRDefault="00F87C33">
      <w:pPr>
        <w:spacing w:after="40"/>
      </w:pPr>
      <w:r>
        <w:rPr>
          <w:b/>
          <w:color w:val="7A0C5A"/>
        </w:rPr>
        <w:t>3.</w:t>
      </w:r>
    </w:p>
    <w:p w14:paraId="7727D5CD" w14:textId="77777777" w:rsidR="00900948" w:rsidRDefault="00F87C33">
      <w:r>
        <w:rPr>
          <w:color w:val="BBBBBB"/>
        </w:rPr>
        <w:t>__________________________________________________________</w:t>
      </w:r>
    </w:p>
    <w:p w14:paraId="4E422118" w14:textId="77777777" w:rsidR="00900948" w:rsidRDefault="00F87C33">
      <w:r>
        <w:rPr>
          <w:color w:val="BBBBBB"/>
        </w:rPr>
        <w:t>__________________________________________________________</w:t>
      </w:r>
    </w:p>
    <w:p w14:paraId="59FC66B7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My Week in One Picture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0DA0E80E" w14:textId="77777777">
        <w:trPr>
          <w:trHeight w:val="3700"/>
        </w:trPr>
        <w:tc>
          <w:tcPr>
            <w:tcW w:w="9920" w:type="dxa"/>
          </w:tcPr>
          <w:p w14:paraId="42FD61E2" w14:textId="77777777" w:rsidR="00900948" w:rsidRDefault="00900948"/>
        </w:tc>
      </w:tr>
    </w:tbl>
    <w:p w14:paraId="70F32977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8</w:t>
      </w:r>
    </w:p>
    <w:p w14:paraId="3B8AA5E7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510B6981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3DDB6ADB" w14:textId="77777777" w:rsidR="00900948" w:rsidRDefault="00F87C33">
      <w:pPr>
        <w:spacing w:after="120"/>
      </w:pPr>
      <w:r>
        <w:t>○ Sunny    ○ Cloudy    ○ Rainy    ○ Stormy    ○ Rainbow</w:t>
      </w:r>
    </w:p>
    <w:p w14:paraId="259F2A1A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661EF96A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4D534CC5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FB505AD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2EA764BD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63AE5069" w14:textId="77777777">
        <w:trPr>
          <w:trHeight w:val="4000"/>
        </w:trPr>
        <w:tc>
          <w:tcPr>
            <w:tcW w:w="9920" w:type="dxa"/>
          </w:tcPr>
          <w:p w14:paraId="66D0648D" w14:textId="77777777" w:rsidR="00900948" w:rsidRDefault="00900948"/>
        </w:tc>
      </w:tr>
    </w:tbl>
    <w:p w14:paraId="314FA828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“Home is the people who love you.”</w:t>
      </w:r>
    </w:p>
    <w:p w14:paraId="57F2E278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9</w:t>
      </w:r>
    </w:p>
    <w:p w14:paraId="1BE6EA91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04C16F68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0BDB9B23" w14:textId="77777777" w:rsidR="00900948" w:rsidRDefault="00F87C33">
      <w:pPr>
        <w:spacing w:after="120"/>
      </w:pPr>
      <w:r>
        <w:t>○ Sunny    ○ Cloudy    ○ Rainy    ○ Stormy    ○ Rainbow</w:t>
      </w:r>
    </w:p>
    <w:p w14:paraId="02DB4398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Lani sings: What was the best sound today?</w:t>
      </w:r>
    </w:p>
    <w:p w14:paraId="30BCC256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547825D9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2050E70D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5ABCA2CE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59C56939" w14:textId="77777777">
        <w:trPr>
          <w:trHeight w:val="4000"/>
        </w:trPr>
        <w:tc>
          <w:tcPr>
            <w:tcW w:w="9920" w:type="dxa"/>
          </w:tcPr>
          <w:p w14:paraId="11BEA4D0" w14:textId="77777777" w:rsidR="00900948" w:rsidRDefault="00900948"/>
        </w:tc>
      </w:tr>
    </w:tbl>
    <w:p w14:paraId="05628940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“Your song matters. Lani’s little song wakes the whole harbor.”</w:t>
      </w:r>
    </w:p>
    <w:p w14:paraId="3038120D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10</w:t>
      </w:r>
    </w:p>
    <w:p w14:paraId="7219403B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4DC20A86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281A9085" w14:textId="77777777" w:rsidR="00900948" w:rsidRDefault="00F87C33">
      <w:pPr>
        <w:spacing w:after="120"/>
      </w:pPr>
      <w:r>
        <w:t>○ Sunny    ○ Cloudy    ○ Rainy    ○ Stormy    ○ Rainbow</w:t>
      </w:r>
    </w:p>
    <w:p w14:paraId="1E270FFE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5B9D364C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3938F633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5949CE47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7F7B6C21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66371364" w14:textId="77777777">
        <w:trPr>
          <w:trHeight w:val="4000"/>
        </w:trPr>
        <w:tc>
          <w:tcPr>
            <w:tcW w:w="9920" w:type="dxa"/>
          </w:tcPr>
          <w:p w14:paraId="3CF0353C" w14:textId="77777777" w:rsidR="00900948" w:rsidRDefault="00900948"/>
        </w:tc>
      </w:tr>
    </w:tbl>
    <w:p w14:paraId="69EFBFF0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“Even on a rainy day, your light can shine.”</w:t>
      </w:r>
    </w:p>
    <w:p w14:paraId="2DA34782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11</w:t>
      </w:r>
    </w:p>
    <w:p w14:paraId="6BFB2096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1C1E1CF2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4A492C88" w14:textId="77777777" w:rsidR="00900948" w:rsidRDefault="00F87C33">
      <w:pPr>
        <w:spacing w:after="120"/>
      </w:pPr>
      <w:r>
        <w:t>○ Sunny    ○ Cloudy    ○ Rainy    ○ Stormy    ○ Rainbow</w:t>
      </w:r>
    </w:p>
    <w:p w14:paraId="743E3538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Nalu asks: Who did you play with today?</w:t>
      </w:r>
    </w:p>
    <w:p w14:paraId="118CA10E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5B0B455D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5A70F23A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3A09750F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05F5309A" w14:textId="77777777">
        <w:trPr>
          <w:trHeight w:val="4000"/>
        </w:trPr>
        <w:tc>
          <w:tcPr>
            <w:tcW w:w="9920" w:type="dxa"/>
          </w:tcPr>
          <w:p w14:paraId="17DCA00F" w14:textId="77777777" w:rsidR="00900948" w:rsidRDefault="00900948"/>
        </w:tc>
      </w:tr>
    </w:tbl>
    <w:p w14:paraId="2A562C8F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“A wobbly start is still a start. Pat, pat, pat — keep going!”</w:t>
      </w:r>
    </w:p>
    <w:p w14:paraId="46F82EA9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12</w:t>
      </w:r>
    </w:p>
    <w:p w14:paraId="3A22D286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64F3434E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636A055D" w14:textId="77777777" w:rsidR="00900948" w:rsidRDefault="00F87C33">
      <w:pPr>
        <w:spacing w:after="120"/>
      </w:pPr>
      <w:r>
        <w:t>○ Sunny    ○ Cloudy    ○ Rainy    ○ Stormy    ○ Rainbow</w:t>
      </w:r>
    </w:p>
    <w:p w14:paraId="755CAE8D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7FA15B65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6C3C1B6A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58F496BC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3A47936C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09C2850E" w14:textId="77777777">
        <w:trPr>
          <w:trHeight w:val="2960"/>
        </w:trPr>
        <w:tc>
          <w:tcPr>
            <w:tcW w:w="9920" w:type="dxa"/>
          </w:tcPr>
          <w:p w14:paraId="66EF6A01" w14:textId="77777777" w:rsidR="00900948" w:rsidRDefault="00900948"/>
        </w:tc>
      </w:tr>
    </w:tbl>
    <w:p w14:paraId="067711A7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Color Your Stars</w:t>
      </w:r>
    </w:p>
    <w:p w14:paraId="20ECE38D" w14:textId="77777777" w:rsidR="00900948" w:rsidRDefault="00F87C33">
      <w:pPr>
        <w:spacing w:after="80"/>
        <w:jc w:val="center"/>
      </w:pPr>
      <w:r>
        <w:rPr>
          <w:color w:val="E808C4"/>
          <w:sz w:val="68"/>
        </w:rPr>
        <w:t>☆  ☆  ☆  ☆  ☆</w:t>
      </w:r>
    </w:p>
    <w:p w14:paraId="3AE24E52" w14:textId="77777777" w:rsidR="00900948" w:rsidRDefault="00F87C33">
      <w:pPr>
        <w:spacing w:before="200"/>
        <w:jc w:val="center"/>
      </w:pPr>
      <w:r>
        <w:rPr>
          <w:i/>
          <w:color w:val="7A0C5A"/>
        </w:rPr>
        <w:t>Harbor says: “It is okay to feel stormy inside. Storms always pass.”</w:t>
      </w:r>
    </w:p>
    <w:p w14:paraId="16E37F2D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13</w:t>
      </w:r>
    </w:p>
    <w:p w14:paraId="30929D97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03B48532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3F6692C0" w14:textId="77777777" w:rsidR="00900948" w:rsidRDefault="00F87C33">
      <w:pPr>
        <w:spacing w:after="120"/>
      </w:pPr>
      <w:r>
        <w:t>○ Sunny    ○ Cloudy    ○ Rainy    ○ Stormy    ○ Rainbow</w:t>
      </w:r>
    </w:p>
    <w:p w14:paraId="5D18A372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Honu says: What felt calm and cozy today?</w:t>
      </w:r>
    </w:p>
    <w:p w14:paraId="15432223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4B814466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3929D2EC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148D87B8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4FD3BB53" w14:textId="77777777">
        <w:trPr>
          <w:trHeight w:val="4000"/>
        </w:trPr>
        <w:tc>
          <w:tcPr>
            <w:tcW w:w="9920" w:type="dxa"/>
          </w:tcPr>
          <w:p w14:paraId="149C6B79" w14:textId="77777777" w:rsidR="00900948" w:rsidRDefault="00900948"/>
        </w:tc>
      </w:tr>
    </w:tbl>
    <w:p w14:paraId="08C64C1A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“You do not have to be brave alone. Ask a friend to stand beside you.”</w:t>
      </w:r>
    </w:p>
    <w:p w14:paraId="3A6238F8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14</w:t>
      </w:r>
    </w:p>
    <w:p w14:paraId="65304C6C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08F0AC45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140D8F29" w14:textId="77777777" w:rsidR="00900948" w:rsidRDefault="00F87C33">
      <w:pPr>
        <w:spacing w:after="120"/>
      </w:pPr>
      <w:r>
        <w:t>○ Sunny    ○ Cloudy    ○ Rainy    ○ Stormy    ○ Rainbow</w:t>
      </w:r>
    </w:p>
    <w:p w14:paraId="6739E54B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331E6070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2F667BA2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9A1D29E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2019A5EE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6C1BC9F6" w14:textId="77777777">
        <w:trPr>
          <w:trHeight w:val="4000"/>
        </w:trPr>
        <w:tc>
          <w:tcPr>
            <w:tcW w:w="9920" w:type="dxa"/>
          </w:tcPr>
          <w:p w14:paraId="12FF6D96" w14:textId="77777777" w:rsidR="00900948" w:rsidRDefault="00900948"/>
        </w:tc>
      </w:tr>
    </w:tbl>
    <w:p w14:paraId="011FE499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“The light is shining. So are you.”</w:t>
      </w:r>
    </w:p>
    <w:p w14:paraId="3F916938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My Week with Harbor</w:t>
      </w:r>
    </w:p>
    <w:p w14:paraId="487E668E" w14:textId="77777777" w:rsidR="00900948" w:rsidRDefault="00F87C33">
      <w:pPr>
        <w:spacing w:after="80"/>
      </w:pPr>
      <w:r>
        <w:rPr>
          <w:color w:val="7A0C5A"/>
          <w:sz w:val="30"/>
        </w:rPr>
        <w:t>Week 2</w:t>
      </w:r>
    </w:p>
    <w:p w14:paraId="34313964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Three Things I Liked This Week</w:t>
      </w:r>
    </w:p>
    <w:p w14:paraId="5F738911" w14:textId="77777777" w:rsidR="00900948" w:rsidRDefault="00F87C33">
      <w:pPr>
        <w:spacing w:after="40"/>
      </w:pPr>
      <w:r>
        <w:rPr>
          <w:b/>
          <w:color w:val="7A0C5A"/>
        </w:rPr>
        <w:t>1.</w:t>
      </w:r>
    </w:p>
    <w:p w14:paraId="6E5E45E9" w14:textId="77777777" w:rsidR="00900948" w:rsidRDefault="00F87C33">
      <w:r>
        <w:rPr>
          <w:color w:val="BBBBBB"/>
        </w:rPr>
        <w:t>__________________________________________________________</w:t>
      </w:r>
    </w:p>
    <w:p w14:paraId="31ACFBB3" w14:textId="77777777" w:rsidR="00900948" w:rsidRDefault="00F87C33">
      <w:r>
        <w:rPr>
          <w:color w:val="BBBBBB"/>
        </w:rPr>
        <w:t>__________________________________________________________</w:t>
      </w:r>
    </w:p>
    <w:p w14:paraId="5440C5D6" w14:textId="77777777" w:rsidR="00900948" w:rsidRDefault="00F87C33">
      <w:pPr>
        <w:spacing w:after="40"/>
      </w:pPr>
      <w:r>
        <w:rPr>
          <w:b/>
          <w:color w:val="7A0C5A"/>
        </w:rPr>
        <w:t>2.</w:t>
      </w:r>
    </w:p>
    <w:p w14:paraId="53F28B57" w14:textId="77777777" w:rsidR="00900948" w:rsidRDefault="00F87C33">
      <w:r>
        <w:rPr>
          <w:color w:val="BBBBBB"/>
        </w:rPr>
        <w:t>__________________________________________________________</w:t>
      </w:r>
    </w:p>
    <w:p w14:paraId="1AD87853" w14:textId="77777777" w:rsidR="00900948" w:rsidRDefault="00F87C33">
      <w:r>
        <w:rPr>
          <w:color w:val="BBBBBB"/>
        </w:rPr>
        <w:t>__________________________________________________________</w:t>
      </w:r>
    </w:p>
    <w:p w14:paraId="7D8CDB52" w14:textId="77777777" w:rsidR="00900948" w:rsidRDefault="00F87C33">
      <w:pPr>
        <w:spacing w:after="40"/>
      </w:pPr>
      <w:r>
        <w:rPr>
          <w:b/>
          <w:color w:val="7A0C5A"/>
        </w:rPr>
        <w:t>3.</w:t>
      </w:r>
    </w:p>
    <w:p w14:paraId="1FC6CA75" w14:textId="77777777" w:rsidR="00900948" w:rsidRDefault="00F87C33">
      <w:r>
        <w:rPr>
          <w:color w:val="BBBBBB"/>
        </w:rPr>
        <w:t>__________________________________________________________</w:t>
      </w:r>
    </w:p>
    <w:p w14:paraId="2851B31C" w14:textId="77777777" w:rsidR="00900948" w:rsidRDefault="00F87C33">
      <w:r>
        <w:rPr>
          <w:color w:val="BBBBBB"/>
        </w:rPr>
        <w:t>__________________________________________________________</w:t>
      </w:r>
    </w:p>
    <w:p w14:paraId="61511362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My Week in One Picture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7F22C2AE" w14:textId="77777777">
        <w:trPr>
          <w:trHeight w:val="3700"/>
        </w:trPr>
        <w:tc>
          <w:tcPr>
            <w:tcW w:w="9920" w:type="dxa"/>
          </w:tcPr>
          <w:p w14:paraId="7E618B1D" w14:textId="77777777" w:rsidR="00900948" w:rsidRDefault="00900948"/>
        </w:tc>
      </w:tr>
    </w:tbl>
    <w:p w14:paraId="739383AB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15</w:t>
      </w:r>
    </w:p>
    <w:p w14:paraId="7D2F3E10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186CF143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26705E26" w14:textId="77777777" w:rsidR="00900948" w:rsidRDefault="00F87C33">
      <w:pPr>
        <w:spacing w:after="120"/>
      </w:pPr>
      <w:r>
        <w:t>○ Sunny    ○ Cloudy    ○ Rainy    ○ Stormy    ○ Rainbow</w:t>
      </w:r>
    </w:p>
    <w:p w14:paraId="3FD8A43B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75214FC2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19FDCE00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38D48787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4C60225B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2F8915B6" w14:textId="77777777">
        <w:trPr>
          <w:trHeight w:val="4000"/>
        </w:trPr>
        <w:tc>
          <w:tcPr>
            <w:tcW w:w="9920" w:type="dxa"/>
          </w:tcPr>
          <w:p w14:paraId="1F12CE82" w14:textId="77777777" w:rsidR="00900948" w:rsidRDefault="00900948"/>
        </w:tc>
      </w:tr>
    </w:tbl>
    <w:p w14:paraId="3912C1B5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“When your crown slips, just push it back up and smile.”</w:t>
      </w:r>
    </w:p>
    <w:p w14:paraId="1F9E0763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16</w:t>
      </w:r>
    </w:p>
    <w:p w14:paraId="0C8E1126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41348A6A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17AED369" w14:textId="77777777" w:rsidR="00900948" w:rsidRDefault="00F87C33">
      <w:pPr>
        <w:spacing w:after="120"/>
      </w:pPr>
      <w:r>
        <w:t>○ Sunny    ○ Cloudy    ○ Rainy    ○ Stormy    ○ Rainbow</w:t>
      </w:r>
    </w:p>
    <w:p w14:paraId="28F120E3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Nalu asks: What was the silliest thing today?</w:t>
      </w:r>
    </w:p>
    <w:p w14:paraId="458771B7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78225DBB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5972D07C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24B50123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4EBBACD3" w14:textId="77777777">
        <w:trPr>
          <w:trHeight w:val="4000"/>
        </w:trPr>
        <w:tc>
          <w:tcPr>
            <w:tcW w:w="9920" w:type="dxa"/>
          </w:tcPr>
          <w:p w14:paraId="4EF95842" w14:textId="77777777" w:rsidR="00900948" w:rsidRDefault="00900948"/>
        </w:tc>
      </w:tr>
    </w:tbl>
    <w:p w14:paraId="10E1F41F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“Kind words are like flowers. They make every place prettier.”</w:t>
      </w:r>
    </w:p>
    <w:p w14:paraId="475EF817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17</w:t>
      </w:r>
    </w:p>
    <w:p w14:paraId="2160785A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0CF5E10D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4FC766B8" w14:textId="77777777" w:rsidR="00900948" w:rsidRDefault="00F87C33">
      <w:pPr>
        <w:spacing w:after="120"/>
      </w:pPr>
      <w:r>
        <w:t>○ Sunny    ○ Cloudy    ○ Rainy    ○ Stormy    ○ Rainbow</w:t>
      </w:r>
    </w:p>
    <w:p w14:paraId="2FBC871F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6E9887C7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6C9DBD20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7A6D5AC0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503F67C4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6ADE66F0" w14:textId="77777777">
        <w:trPr>
          <w:trHeight w:val="4000"/>
        </w:trPr>
        <w:tc>
          <w:tcPr>
            <w:tcW w:w="9920" w:type="dxa"/>
          </w:tcPr>
          <w:p w14:paraId="2B7CB953" w14:textId="77777777" w:rsidR="00900948" w:rsidRDefault="00900948"/>
        </w:tc>
      </w:tr>
    </w:tbl>
    <w:p w14:paraId="711FF175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“Being small is not the same as being unimportant.”</w:t>
      </w:r>
    </w:p>
    <w:p w14:paraId="717F0179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18</w:t>
      </w:r>
    </w:p>
    <w:p w14:paraId="3068756C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326D6A74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2A99C327" w14:textId="77777777" w:rsidR="00900948" w:rsidRDefault="00F87C33">
      <w:pPr>
        <w:spacing w:after="120"/>
      </w:pPr>
      <w:r>
        <w:t>○ Sunny    ○ Cloudy    ○ Rainy    ○ Stormy    ○ Rainbow</w:t>
      </w:r>
    </w:p>
    <w:p w14:paraId="67E06EEE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Lani sings: What made your heart sing today?</w:t>
      </w:r>
    </w:p>
    <w:p w14:paraId="280C9068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50CA77F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51827213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145F32EC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35E6D3B1" w14:textId="77777777">
        <w:trPr>
          <w:trHeight w:val="4000"/>
        </w:trPr>
        <w:tc>
          <w:tcPr>
            <w:tcW w:w="9920" w:type="dxa"/>
          </w:tcPr>
          <w:p w14:paraId="2331506B" w14:textId="77777777" w:rsidR="00900948" w:rsidRDefault="00900948"/>
        </w:tc>
      </w:tr>
    </w:tbl>
    <w:p w14:paraId="7353F754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“A good day is worth writing down. A hard day is worth sharing.”</w:t>
      </w:r>
    </w:p>
    <w:p w14:paraId="77443D09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19</w:t>
      </w:r>
    </w:p>
    <w:p w14:paraId="0FE6754A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172E4478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650565FD" w14:textId="77777777" w:rsidR="00900948" w:rsidRDefault="00F87C33">
      <w:pPr>
        <w:spacing w:after="120"/>
      </w:pPr>
      <w:r>
        <w:t>○ Sunny    ○ Cloudy    ○ Rainy    ○ Stormy    ○ Rainbow</w:t>
      </w:r>
    </w:p>
    <w:p w14:paraId="1B26962B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325BC1BE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52472DD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62573DC8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47EA1605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275733E3" w14:textId="77777777">
        <w:trPr>
          <w:trHeight w:val="2960"/>
        </w:trPr>
        <w:tc>
          <w:tcPr>
            <w:tcW w:w="9920" w:type="dxa"/>
          </w:tcPr>
          <w:p w14:paraId="7A5B9B06" w14:textId="77777777" w:rsidR="00900948" w:rsidRDefault="00900948"/>
        </w:tc>
      </w:tr>
    </w:tbl>
    <w:p w14:paraId="576E44EF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Color Your Stars</w:t>
      </w:r>
    </w:p>
    <w:p w14:paraId="3C576AE1" w14:textId="77777777" w:rsidR="00900948" w:rsidRDefault="00F87C33">
      <w:pPr>
        <w:spacing w:after="80"/>
        <w:jc w:val="center"/>
      </w:pPr>
      <w:r>
        <w:rPr>
          <w:color w:val="E808C4"/>
          <w:sz w:val="68"/>
        </w:rPr>
        <w:t>☆  ☆  ☆  ☆  ☆</w:t>
      </w:r>
    </w:p>
    <w:p w14:paraId="00ABFC5B" w14:textId="77777777" w:rsidR="00900948" w:rsidRDefault="00F87C33">
      <w:pPr>
        <w:spacing w:before="200"/>
        <w:jc w:val="center"/>
      </w:pPr>
      <w:r>
        <w:rPr>
          <w:i/>
          <w:color w:val="7A0C5A"/>
        </w:rPr>
        <w:t>Harbor says: “Even lighthouse keepers rest. Rest helps your light shine again.”</w:t>
      </w:r>
    </w:p>
    <w:p w14:paraId="60FCCE87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20</w:t>
      </w:r>
    </w:p>
    <w:p w14:paraId="5D8BF5F9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5D682A19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0023D65B" w14:textId="77777777" w:rsidR="00900948" w:rsidRDefault="00F87C33">
      <w:pPr>
        <w:spacing w:after="120"/>
      </w:pPr>
      <w:r>
        <w:t>○ Sunny    ○ Cloudy    ○ Rainy    ○ Stormy    ○ Rainbow</w:t>
      </w:r>
    </w:p>
    <w:p w14:paraId="79E3094B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15E870D8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113DD43B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C039309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02C6B35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4555494E" w14:textId="77777777">
        <w:trPr>
          <w:trHeight w:val="4000"/>
        </w:trPr>
        <w:tc>
          <w:tcPr>
            <w:tcW w:w="9920" w:type="dxa"/>
          </w:tcPr>
          <w:p w14:paraId="431986CD" w14:textId="77777777" w:rsidR="00900948" w:rsidRDefault="00900948"/>
        </w:tc>
      </w:tr>
    </w:tbl>
    <w:p w14:paraId="73EA0D99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“You belong, just as you are.”</w:t>
      </w:r>
    </w:p>
    <w:p w14:paraId="7518A5BC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21</w:t>
      </w:r>
    </w:p>
    <w:p w14:paraId="4D9B0094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4E71FB2A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05BD6C74" w14:textId="77777777" w:rsidR="00900948" w:rsidRDefault="00F87C33">
      <w:pPr>
        <w:spacing w:after="120"/>
      </w:pPr>
      <w:r>
        <w:t>○ Sunny    ○ Cloudy    ○ Rainy    ○ Stormy    ○ Rainbow</w:t>
      </w:r>
    </w:p>
    <w:p w14:paraId="4EF64AB9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599D77F8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91039FE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4E8D7108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23361CBF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17D25278" w14:textId="77777777">
        <w:trPr>
          <w:trHeight w:val="4000"/>
        </w:trPr>
        <w:tc>
          <w:tcPr>
            <w:tcW w:w="9920" w:type="dxa"/>
          </w:tcPr>
          <w:p w14:paraId="6DF980E2" w14:textId="77777777" w:rsidR="00900948" w:rsidRDefault="00900948"/>
        </w:tc>
      </w:tr>
    </w:tbl>
    <w:p w14:paraId="7AB27C83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“Tell the truth about your day. Your logbook is a safe place.”</w:t>
      </w:r>
    </w:p>
    <w:p w14:paraId="2C5FB343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My Week with Harbor</w:t>
      </w:r>
    </w:p>
    <w:p w14:paraId="6E6CECFA" w14:textId="77777777" w:rsidR="00900948" w:rsidRDefault="00F87C33">
      <w:pPr>
        <w:spacing w:after="80"/>
      </w:pPr>
      <w:r>
        <w:rPr>
          <w:color w:val="7A0C5A"/>
          <w:sz w:val="30"/>
        </w:rPr>
        <w:t>Week 3</w:t>
      </w:r>
    </w:p>
    <w:p w14:paraId="63CC1247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Three Things I Liked This Week</w:t>
      </w:r>
    </w:p>
    <w:p w14:paraId="26E6175E" w14:textId="77777777" w:rsidR="00900948" w:rsidRDefault="00F87C33">
      <w:pPr>
        <w:spacing w:after="40"/>
      </w:pPr>
      <w:r>
        <w:rPr>
          <w:b/>
          <w:color w:val="7A0C5A"/>
        </w:rPr>
        <w:t>1.</w:t>
      </w:r>
    </w:p>
    <w:p w14:paraId="641B485D" w14:textId="77777777" w:rsidR="00900948" w:rsidRDefault="00F87C33">
      <w:r>
        <w:rPr>
          <w:color w:val="BBBBBB"/>
        </w:rPr>
        <w:t>__________________________________________________________</w:t>
      </w:r>
    </w:p>
    <w:p w14:paraId="05B4021D" w14:textId="77777777" w:rsidR="00900948" w:rsidRDefault="00F87C33">
      <w:r>
        <w:rPr>
          <w:color w:val="BBBBBB"/>
        </w:rPr>
        <w:t>__________________________________________________________</w:t>
      </w:r>
    </w:p>
    <w:p w14:paraId="65C1BC58" w14:textId="77777777" w:rsidR="00900948" w:rsidRDefault="00F87C33">
      <w:pPr>
        <w:spacing w:after="40"/>
      </w:pPr>
      <w:r>
        <w:rPr>
          <w:b/>
          <w:color w:val="7A0C5A"/>
        </w:rPr>
        <w:t>2.</w:t>
      </w:r>
    </w:p>
    <w:p w14:paraId="54636372" w14:textId="77777777" w:rsidR="00900948" w:rsidRDefault="00F87C33">
      <w:r>
        <w:rPr>
          <w:color w:val="BBBBBB"/>
        </w:rPr>
        <w:t>__________________________________________________________</w:t>
      </w:r>
    </w:p>
    <w:p w14:paraId="03EAE056" w14:textId="77777777" w:rsidR="00900948" w:rsidRDefault="00F87C33">
      <w:r>
        <w:rPr>
          <w:color w:val="BBBBBB"/>
        </w:rPr>
        <w:t>__________________________________________________________</w:t>
      </w:r>
    </w:p>
    <w:p w14:paraId="64AD0780" w14:textId="77777777" w:rsidR="00900948" w:rsidRDefault="00F87C33">
      <w:pPr>
        <w:spacing w:after="40"/>
      </w:pPr>
      <w:r>
        <w:rPr>
          <w:b/>
          <w:color w:val="7A0C5A"/>
        </w:rPr>
        <w:t>3.</w:t>
      </w:r>
    </w:p>
    <w:p w14:paraId="5D05A58C" w14:textId="77777777" w:rsidR="00900948" w:rsidRDefault="00F87C33">
      <w:r>
        <w:rPr>
          <w:color w:val="BBBBBB"/>
        </w:rPr>
        <w:t>__________________________________________________________</w:t>
      </w:r>
    </w:p>
    <w:p w14:paraId="3CACC2DA" w14:textId="77777777" w:rsidR="00900948" w:rsidRDefault="00F87C33">
      <w:r>
        <w:rPr>
          <w:color w:val="BBBBBB"/>
        </w:rPr>
        <w:t>__________________________________________________________</w:t>
      </w:r>
    </w:p>
    <w:p w14:paraId="4ABBFA9D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My Week in One Picture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59360864" w14:textId="77777777">
        <w:trPr>
          <w:trHeight w:val="3700"/>
        </w:trPr>
        <w:tc>
          <w:tcPr>
            <w:tcW w:w="9920" w:type="dxa"/>
          </w:tcPr>
          <w:p w14:paraId="288A3593" w14:textId="77777777" w:rsidR="00900948" w:rsidRDefault="00900948"/>
        </w:tc>
      </w:tr>
    </w:tbl>
    <w:p w14:paraId="08ECC2D1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22</w:t>
      </w:r>
    </w:p>
    <w:p w14:paraId="7DFA8145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0E3E40DC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054AF717" w14:textId="77777777" w:rsidR="00900948" w:rsidRDefault="00F87C33">
      <w:pPr>
        <w:spacing w:after="120"/>
      </w:pPr>
      <w:r>
        <w:t>○ Sunny    ○ Cloudy    ○ Rainy    ○ Stormy    ○ Rainbow</w:t>
      </w:r>
    </w:p>
    <w:p w14:paraId="27F5E58E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Honu asks: What did you notice on your way today?</w:t>
      </w:r>
    </w:p>
    <w:p w14:paraId="1F7434E8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481E6439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50F7C489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4C3B8FD7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2E4756C7" w14:textId="77777777">
        <w:trPr>
          <w:trHeight w:val="4000"/>
        </w:trPr>
        <w:tc>
          <w:tcPr>
            <w:tcW w:w="9920" w:type="dxa"/>
          </w:tcPr>
          <w:p w14:paraId="2409FD4E" w14:textId="77777777" w:rsidR="00900948" w:rsidRDefault="00900948"/>
        </w:tc>
      </w:tr>
    </w:tbl>
    <w:p w14:paraId="01D8E80A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“Small lights still matter. Your light matters too.”</w:t>
      </w:r>
    </w:p>
    <w:p w14:paraId="794A6FA4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23</w:t>
      </w:r>
    </w:p>
    <w:p w14:paraId="37A9E6A2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0C01AF98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37BA0C6C" w14:textId="77777777" w:rsidR="00900948" w:rsidRDefault="00F87C33">
      <w:pPr>
        <w:spacing w:after="120"/>
      </w:pPr>
      <w:r>
        <w:t>○ Sunny    ○ Cloudy    ○ Rainy    ○ Stormy    ○ Rainbow</w:t>
      </w:r>
    </w:p>
    <w:p w14:paraId="777B5988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5226AF7D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31273CA2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494DCDBF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48DAE962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3562BF51" w14:textId="77777777">
        <w:trPr>
          <w:trHeight w:val="4000"/>
        </w:trPr>
        <w:tc>
          <w:tcPr>
            <w:tcW w:w="9920" w:type="dxa"/>
          </w:tcPr>
          <w:p w14:paraId="11383C01" w14:textId="77777777" w:rsidR="00900948" w:rsidRDefault="00900948"/>
        </w:tc>
      </w:tr>
    </w:tbl>
    <w:p w14:paraId="28524ECF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“You are seen, and you are loved.”</w:t>
      </w:r>
    </w:p>
    <w:p w14:paraId="78A62081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24</w:t>
      </w:r>
    </w:p>
    <w:p w14:paraId="1839F5BE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02953DB0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326C3D3D" w14:textId="77777777" w:rsidR="00900948" w:rsidRDefault="00F87C33">
      <w:pPr>
        <w:spacing w:after="120"/>
      </w:pPr>
      <w:r>
        <w:t>○ Sunny    ○ Cloudy    ○ Rainy    ○ Stormy    ○ Rainbow</w:t>
      </w:r>
    </w:p>
    <w:p w14:paraId="7D761EC2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Nalu asks: What was the most fun thing today?</w:t>
      </w:r>
    </w:p>
    <w:p w14:paraId="3786E1E7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4C952446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109D649A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01293341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256559E8" w14:textId="77777777">
        <w:trPr>
          <w:trHeight w:val="4000"/>
        </w:trPr>
        <w:tc>
          <w:tcPr>
            <w:tcW w:w="9920" w:type="dxa"/>
          </w:tcPr>
          <w:p w14:paraId="249FE6C8" w14:textId="77777777" w:rsidR="00900948" w:rsidRDefault="00900948"/>
        </w:tc>
      </w:tr>
    </w:tbl>
    <w:p w14:paraId="3C36D0B1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“Home is the people who love you.”</w:t>
      </w:r>
    </w:p>
    <w:p w14:paraId="1DF0E95C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25</w:t>
      </w:r>
    </w:p>
    <w:p w14:paraId="3E35427E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1C44ADF9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11D2E6E7" w14:textId="77777777" w:rsidR="00900948" w:rsidRDefault="00F87C33">
      <w:pPr>
        <w:spacing w:after="120"/>
      </w:pPr>
      <w:r>
        <w:t>○ Sunny    ○ Cloudy    ○ Rainy    ○ Stormy    ○ Rainbow</w:t>
      </w:r>
    </w:p>
    <w:p w14:paraId="62F0DD4B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4D667AFC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6F88EF3C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734EBAE4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2E64C4D3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2011C4A8" w14:textId="77777777">
        <w:trPr>
          <w:trHeight w:val="4000"/>
        </w:trPr>
        <w:tc>
          <w:tcPr>
            <w:tcW w:w="9920" w:type="dxa"/>
          </w:tcPr>
          <w:p w14:paraId="6ADFA033" w14:textId="77777777" w:rsidR="00900948" w:rsidRDefault="00900948"/>
        </w:tc>
      </w:tr>
    </w:tbl>
    <w:p w14:paraId="64B22BBC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“Slow is okay. Honu swims slowly, and he always gets home.”</w:t>
      </w:r>
    </w:p>
    <w:p w14:paraId="2244A8CF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26</w:t>
      </w:r>
    </w:p>
    <w:p w14:paraId="3F0CDB0D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6B3C50FF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03FC2739" w14:textId="77777777" w:rsidR="00900948" w:rsidRDefault="00F87C33">
      <w:pPr>
        <w:spacing w:after="120"/>
      </w:pPr>
      <w:r>
        <w:t>○ Sunny    ○ Cloudy    ○ Rainy    ○ Stormy    ○ Rainbow</w:t>
      </w:r>
    </w:p>
    <w:p w14:paraId="7B796E6D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7C8E38B1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7721CA1F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6653EFC9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3D22DAD8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12CEC2BE" w14:textId="77777777">
        <w:trPr>
          <w:trHeight w:val="2960"/>
        </w:trPr>
        <w:tc>
          <w:tcPr>
            <w:tcW w:w="9920" w:type="dxa"/>
          </w:tcPr>
          <w:p w14:paraId="7D326EBA" w14:textId="77777777" w:rsidR="00900948" w:rsidRDefault="00900948"/>
        </w:tc>
      </w:tr>
    </w:tbl>
    <w:p w14:paraId="2111BF87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Color Your Stars</w:t>
      </w:r>
    </w:p>
    <w:p w14:paraId="40ED62FA" w14:textId="77777777" w:rsidR="00900948" w:rsidRDefault="00F87C33">
      <w:pPr>
        <w:spacing w:after="80"/>
        <w:jc w:val="center"/>
      </w:pPr>
      <w:r>
        <w:rPr>
          <w:color w:val="E808C4"/>
          <w:sz w:val="68"/>
        </w:rPr>
        <w:t>☆  ☆  ☆  ☆  ☆</w:t>
      </w:r>
    </w:p>
    <w:p w14:paraId="6DFAEEDA" w14:textId="77777777" w:rsidR="00900948" w:rsidRDefault="00F87C33">
      <w:pPr>
        <w:spacing w:before="200"/>
        <w:jc w:val="center"/>
      </w:pPr>
      <w:r>
        <w:rPr>
          <w:i/>
          <w:color w:val="7A0C5A"/>
        </w:rPr>
        <w:t>Harbor says: “The light is shining. So are you.”</w:t>
      </w:r>
    </w:p>
    <w:p w14:paraId="4EAA1FD3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27</w:t>
      </w:r>
    </w:p>
    <w:p w14:paraId="6F93BA71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11646442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5366FE55" w14:textId="77777777" w:rsidR="00900948" w:rsidRDefault="00F87C33">
      <w:pPr>
        <w:spacing w:after="120"/>
      </w:pPr>
      <w:r>
        <w:t>○ Sunny    ○ Cloudy    ○ Rainy    ○ Stormy    ○ Rainbow</w:t>
      </w:r>
    </w:p>
    <w:p w14:paraId="3137F239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Lani asks: Who made you smile today?</w:t>
      </w:r>
    </w:p>
    <w:p w14:paraId="4A544B66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1EDD67F7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2EEA3564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6A0EFBD1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2578828C" w14:textId="77777777">
        <w:trPr>
          <w:trHeight w:val="4000"/>
        </w:trPr>
        <w:tc>
          <w:tcPr>
            <w:tcW w:w="9920" w:type="dxa"/>
          </w:tcPr>
          <w:p w14:paraId="5BDF6D7F" w14:textId="77777777" w:rsidR="00900948" w:rsidRDefault="00900948"/>
        </w:tc>
      </w:tr>
    </w:tbl>
    <w:p w14:paraId="1B34ED6F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“Even on a rainy day, your light can shine.”</w:t>
      </w:r>
    </w:p>
    <w:p w14:paraId="5885741E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Day 28</w:t>
      </w:r>
    </w:p>
    <w:p w14:paraId="12C496F7" w14:textId="77777777" w:rsidR="00900948" w:rsidRDefault="00F87C33">
      <w:pPr>
        <w:spacing w:after="80"/>
      </w:pPr>
      <w:r>
        <w:rPr>
          <w:color w:val="7A0C5A"/>
          <w:sz w:val="26"/>
        </w:rPr>
        <w:t>Date: ____________________</w:t>
      </w:r>
    </w:p>
    <w:p w14:paraId="1AE04312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The Weather in My Heart:</w:t>
      </w:r>
    </w:p>
    <w:p w14:paraId="2879CC01" w14:textId="77777777" w:rsidR="00900948" w:rsidRDefault="00F87C33">
      <w:pPr>
        <w:spacing w:after="120"/>
      </w:pPr>
      <w:r>
        <w:t>○ Sunny    ○ Cloudy    ○ Rainy    ○ Stormy    ○ Rainbow</w:t>
      </w:r>
    </w:p>
    <w:p w14:paraId="6393FA42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One Good Thing About Today</w:t>
      </w:r>
    </w:p>
    <w:p w14:paraId="3EF4A326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4A23B53B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56EC7CC3" w14:textId="77777777" w:rsidR="00900948" w:rsidRDefault="00F87C33">
      <w:pPr>
        <w:spacing w:after="280"/>
      </w:pPr>
      <w:r>
        <w:rPr>
          <w:color w:val="BBBBBB"/>
        </w:rPr>
        <w:t>__________________________________________________________</w:t>
      </w:r>
    </w:p>
    <w:p w14:paraId="497B26FF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Draw Your Day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0780035C" w14:textId="77777777">
        <w:trPr>
          <w:trHeight w:val="4000"/>
        </w:trPr>
        <w:tc>
          <w:tcPr>
            <w:tcW w:w="9920" w:type="dxa"/>
          </w:tcPr>
          <w:p w14:paraId="1493DC88" w14:textId="77777777" w:rsidR="00900948" w:rsidRDefault="00900948"/>
        </w:tc>
      </w:tr>
    </w:tbl>
    <w:p w14:paraId="550D8B81" w14:textId="77777777" w:rsidR="00900948" w:rsidRDefault="00F87C33">
      <w:pPr>
        <w:spacing w:before="280"/>
        <w:jc w:val="center"/>
      </w:pPr>
      <w:r>
        <w:rPr>
          <w:i/>
          <w:color w:val="7A0C5A"/>
        </w:rPr>
        <w:t>Harbor says: “Brave does not mean big. Brave means staying and shining anyway.”</w:t>
      </w:r>
    </w:p>
    <w:p w14:paraId="03ADBEB7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My Week with Harbor</w:t>
      </w:r>
    </w:p>
    <w:p w14:paraId="3B7A26B5" w14:textId="77777777" w:rsidR="00900948" w:rsidRDefault="00F87C33">
      <w:pPr>
        <w:spacing w:after="80"/>
      </w:pPr>
      <w:r>
        <w:rPr>
          <w:color w:val="7A0C5A"/>
          <w:sz w:val="30"/>
        </w:rPr>
        <w:t>Week 4</w:t>
      </w:r>
    </w:p>
    <w:p w14:paraId="582BB862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Three Things I Liked This Week</w:t>
      </w:r>
    </w:p>
    <w:p w14:paraId="204D5E25" w14:textId="77777777" w:rsidR="00900948" w:rsidRDefault="00F87C33">
      <w:pPr>
        <w:spacing w:after="40"/>
      </w:pPr>
      <w:r>
        <w:rPr>
          <w:b/>
          <w:color w:val="7A0C5A"/>
        </w:rPr>
        <w:t>1.</w:t>
      </w:r>
    </w:p>
    <w:p w14:paraId="5321836A" w14:textId="77777777" w:rsidR="00900948" w:rsidRDefault="00F87C33">
      <w:r>
        <w:rPr>
          <w:color w:val="BBBBBB"/>
        </w:rPr>
        <w:t>__________________________________________________________</w:t>
      </w:r>
    </w:p>
    <w:p w14:paraId="47BB4868" w14:textId="77777777" w:rsidR="00900948" w:rsidRDefault="00F87C33">
      <w:r>
        <w:rPr>
          <w:color w:val="BBBBBB"/>
        </w:rPr>
        <w:t>__________________________________________________________</w:t>
      </w:r>
    </w:p>
    <w:p w14:paraId="76D5A1E2" w14:textId="77777777" w:rsidR="00900948" w:rsidRDefault="00F87C33">
      <w:pPr>
        <w:spacing w:after="40"/>
      </w:pPr>
      <w:r>
        <w:rPr>
          <w:b/>
          <w:color w:val="7A0C5A"/>
        </w:rPr>
        <w:t>2.</w:t>
      </w:r>
    </w:p>
    <w:p w14:paraId="7CB04EB6" w14:textId="77777777" w:rsidR="00900948" w:rsidRDefault="00F87C33">
      <w:r>
        <w:rPr>
          <w:color w:val="BBBBBB"/>
        </w:rPr>
        <w:t>__________________________________________________________</w:t>
      </w:r>
    </w:p>
    <w:p w14:paraId="12C8A6D0" w14:textId="77777777" w:rsidR="00900948" w:rsidRDefault="00F87C33">
      <w:r>
        <w:rPr>
          <w:color w:val="BBBBBB"/>
        </w:rPr>
        <w:t>__________________________________________________________</w:t>
      </w:r>
    </w:p>
    <w:p w14:paraId="36B4356E" w14:textId="77777777" w:rsidR="00900948" w:rsidRDefault="00F87C33">
      <w:pPr>
        <w:spacing w:after="40"/>
      </w:pPr>
      <w:r>
        <w:rPr>
          <w:b/>
          <w:color w:val="7A0C5A"/>
        </w:rPr>
        <w:t>3.</w:t>
      </w:r>
    </w:p>
    <w:p w14:paraId="3A729BD2" w14:textId="77777777" w:rsidR="00900948" w:rsidRDefault="00F87C33">
      <w:r>
        <w:rPr>
          <w:color w:val="BBBBBB"/>
        </w:rPr>
        <w:t>__________________________________________________________</w:t>
      </w:r>
    </w:p>
    <w:p w14:paraId="59D09F7A" w14:textId="77777777" w:rsidR="00900948" w:rsidRDefault="00F87C33">
      <w:r>
        <w:rPr>
          <w:color w:val="BBBBBB"/>
        </w:rPr>
        <w:t>__________________________________________________________</w:t>
      </w:r>
    </w:p>
    <w:p w14:paraId="33830382" w14:textId="77777777" w:rsidR="00900948" w:rsidRDefault="00F87C33">
      <w:pPr>
        <w:spacing w:before="240" w:after="120"/>
      </w:pPr>
      <w:r>
        <w:rPr>
          <w:rFonts w:ascii="Georgia" w:hAnsi="Georgia"/>
          <w:b/>
          <w:color w:val="7A0C5A"/>
          <w:sz w:val="30"/>
        </w:rPr>
        <w:t>My Week in One Picture</w:t>
      </w:r>
    </w:p>
    <w:tbl>
      <w:tblPr>
        <w:tblW w:w="0" w:type="auto"/>
        <w:tblBorders>
          <w:top w:val="single" w:sz="9" w:space="0" w:color="7A0C5A"/>
          <w:left w:val="single" w:sz="9" w:space="0" w:color="7A0C5A"/>
          <w:bottom w:val="single" w:sz="9" w:space="0" w:color="7A0C5A"/>
          <w:right w:val="single" w:sz="9" w:space="0" w:color="7A0C5A"/>
          <w:insideH w:val="single" w:sz="9" w:space="0" w:color="7A0C5A"/>
          <w:insideV w:val="single" w:sz="9" w:space="0" w:color="7A0C5A"/>
        </w:tblBorders>
        <w:tblLayout w:type="fixed"/>
        <w:tblLook w:val="04A0" w:firstRow="1" w:lastRow="0" w:firstColumn="1" w:lastColumn="0" w:noHBand="0" w:noVBand="1"/>
      </w:tblPr>
      <w:tblGrid>
        <w:gridCol w:w="9920"/>
      </w:tblGrid>
      <w:tr w:rsidR="00900948" w14:paraId="26C644C9" w14:textId="77777777">
        <w:trPr>
          <w:trHeight w:val="3700"/>
        </w:trPr>
        <w:tc>
          <w:tcPr>
            <w:tcW w:w="9920" w:type="dxa"/>
          </w:tcPr>
          <w:p w14:paraId="442A5331" w14:textId="77777777" w:rsidR="00900948" w:rsidRDefault="00900948"/>
        </w:tc>
      </w:tr>
    </w:tbl>
    <w:p w14:paraId="1F499F86" w14:textId="77777777" w:rsidR="00900948" w:rsidRDefault="00F87C33">
      <w:pPr>
        <w:pageBreakBefore/>
        <w:spacing w:after="160"/>
        <w:jc w:val="center"/>
      </w:pPr>
      <w:r>
        <w:rPr>
          <w:rFonts w:ascii="Georgia" w:hAnsi="Georgia"/>
          <w:b/>
          <w:color w:val="E808C4"/>
          <w:sz w:val="44"/>
        </w:rPr>
        <w:t>Harbor’s Goodnight Blessing</w:t>
      </w:r>
    </w:p>
    <w:p w14:paraId="66799C9D" w14:textId="77777777" w:rsidR="00900948" w:rsidRDefault="00F87C33">
      <w:pPr>
        <w:jc w:val="center"/>
      </w:pPr>
      <w:r>
        <w:rPr>
          <w:i/>
          <w:sz w:val="30"/>
        </w:rPr>
        <w:t>May your heart feel safe and small worries grow quiet.</w:t>
      </w:r>
    </w:p>
    <w:p w14:paraId="627A1112" w14:textId="77777777" w:rsidR="00900948" w:rsidRDefault="00F87C33">
      <w:pPr>
        <w:jc w:val="center"/>
      </w:pPr>
      <w:r>
        <w:rPr>
          <w:i/>
          <w:sz w:val="30"/>
        </w:rPr>
        <w:t>May kindness find you wherever you are.</w:t>
      </w:r>
    </w:p>
    <w:p w14:paraId="7FEDB7CD" w14:textId="77777777" w:rsidR="00900948" w:rsidRDefault="00F87C33">
      <w:pPr>
        <w:jc w:val="center"/>
      </w:pPr>
      <w:r>
        <w:rPr>
          <w:i/>
          <w:sz w:val="30"/>
        </w:rPr>
        <w:t>May you remember that home can be the people who love you.</w:t>
      </w:r>
    </w:p>
    <w:p w14:paraId="5DB132A0" w14:textId="77777777" w:rsidR="00900948" w:rsidRDefault="00F87C33">
      <w:pPr>
        <w:jc w:val="center"/>
      </w:pPr>
      <w:r>
        <w:rPr>
          <w:i/>
          <w:sz w:val="30"/>
        </w:rPr>
        <w:t>And may your own little light shine —</w:t>
      </w:r>
    </w:p>
    <w:p w14:paraId="71F00767" w14:textId="77777777" w:rsidR="00900948" w:rsidRDefault="00F87C33">
      <w:pPr>
        <w:jc w:val="center"/>
      </w:pPr>
      <w:r>
        <w:rPr>
          <w:i/>
          <w:sz w:val="30"/>
        </w:rPr>
        <w:t>softly, bravely, and true.</w:t>
      </w:r>
    </w:p>
    <w:p w14:paraId="2058EE1C" w14:textId="77777777" w:rsidR="00900948" w:rsidRDefault="00F87C33">
      <w:pPr>
        <w:spacing w:before="240"/>
        <w:jc w:val="center"/>
      </w:pPr>
      <w:r>
        <w:rPr>
          <w:b/>
          <w:color w:val="7A0C5A"/>
          <w:sz w:val="30"/>
        </w:rPr>
        <w:t>Good night. Aloha.</w:t>
      </w:r>
    </w:p>
    <w:p w14:paraId="0EB36D09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My Favorite Pages</w:t>
      </w:r>
    </w:p>
    <w:p w14:paraId="146AA2FA" w14:textId="77777777" w:rsidR="00900948" w:rsidRDefault="00F87C33">
      <w:pPr>
        <w:spacing w:after="120"/>
      </w:pPr>
      <w:r>
        <w:t>Which pages do you love the most? Write them here, so you can find them again.</w:t>
      </w:r>
    </w:p>
    <w:p w14:paraId="59FB06D8" w14:textId="77777777" w:rsidR="00900948" w:rsidRDefault="00F87C33">
      <w:pPr>
        <w:spacing w:after="0"/>
      </w:pPr>
      <w:r>
        <w:t>My favorite page was Day ______ because:</w:t>
      </w:r>
    </w:p>
    <w:p w14:paraId="0E4264E3" w14:textId="77777777" w:rsidR="00900948" w:rsidRDefault="00F87C33">
      <w:pPr>
        <w:spacing w:after="120"/>
      </w:pPr>
      <w:r>
        <w:rPr>
          <w:color w:val="BBBBBB"/>
        </w:rPr>
        <w:t>__________________________________________________________</w:t>
      </w:r>
    </w:p>
    <w:p w14:paraId="242518D5" w14:textId="77777777" w:rsidR="00900948" w:rsidRDefault="00F87C33">
      <w:pPr>
        <w:spacing w:after="120"/>
      </w:pPr>
      <w:r>
        <w:rPr>
          <w:color w:val="BBBBBB"/>
        </w:rPr>
        <w:t>__________________________________________________________</w:t>
      </w:r>
    </w:p>
    <w:p w14:paraId="3E3657FB" w14:textId="77777777" w:rsidR="00900948" w:rsidRDefault="00F87C33">
      <w:pPr>
        <w:spacing w:after="0"/>
      </w:pPr>
      <w:r>
        <w:t>My favorite page was Day ______ because:</w:t>
      </w:r>
    </w:p>
    <w:p w14:paraId="45D9FF4A" w14:textId="77777777" w:rsidR="00900948" w:rsidRDefault="00F87C33">
      <w:pPr>
        <w:spacing w:after="120"/>
      </w:pPr>
      <w:r>
        <w:rPr>
          <w:color w:val="BBBBBB"/>
        </w:rPr>
        <w:t>__________________________________________________________</w:t>
      </w:r>
    </w:p>
    <w:p w14:paraId="5723A22F" w14:textId="77777777" w:rsidR="00900948" w:rsidRDefault="00F87C33">
      <w:pPr>
        <w:spacing w:after="120"/>
      </w:pPr>
      <w:r>
        <w:rPr>
          <w:color w:val="BBBBBB"/>
        </w:rPr>
        <w:t>__________________________________________________________</w:t>
      </w:r>
    </w:p>
    <w:p w14:paraId="0D11B8EC" w14:textId="77777777" w:rsidR="00900948" w:rsidRDefault="00F87C33">
      <w:pPr>
        <w:spacing w:after="0"/>
      </w:pPr>
      <w:r>
        <w:t>My favorite page was Day ______ because:</w:t>
      </w:r>
    </w:p>
    <w:p w14:paraId="7BEFF306" w14:textId="77777777" w:rsidR="00900948" w:rsidRDefault="00F87C33">
      <w:pPr>
        <w:spacing w:after="120"/>
      </w:pPr>
      <w:r>
        <w:rPr>
          <w:color w:val="BBBBBB"/>
        </w:rPr>
        <w:t>__________________________________________________________</w:t>
      </w:r>
    </w:p>
    <w:p w14:paraId="3F4B1D59" w14:textId="77777777" w:rsidR="00900948" w:rsidRDefault="00F87C33">
      <w:pPr>
        <w:spacing w:after="120"/>
      </w:pPr>
      <w:r>
        <w:rPr>
          <w:color w:val="BBBBBB"/>
        </w:rPr>
        <w:t>__________________________________________________________</w:t>
      </w:r>
    </w:p>
    <w:p w14:paraId="3FB1B606" w14:textId="77777777" w:rsidR="00900948" w:rsidRDefault="00F87C33">
      <w:pPr>
        <w:spacing w:after="0"/>
      </w:pPr>
      <w:r>
        <w:t>My favorite page was Day ______ because:</w:t>
      </w:r>
    </w:p>
    <w:p w14:paraId="1FA0E417" w14:textId="77777777" w:rsidR="00900948" w:rsidRDefault="00F87C33">
      <w:pPr>
        <w:spacing w:after="120"/>
      </w:pPr>
      <w:r>
        <w:rPr>
          <w:color w:val="BBBBBB"/>
        </w:rPr>
        <w:t>__________________________________________________________</w:t>
      </w:r>
    </w:p>
    <w:p w14:paraId="7A5B0D02" w14:textId="77777777" w:rsidR="00900948" w:rsidRDefault="00F87C33">
      <w:pPr>
        <w:spacing w:after="120"/>
      </w:pPr>
      <w:r>
        <w:rPr>
          <w:color w:val="BBBBBB"/>
        </w:rPr>
        <w:t>__________________________________________________________</w:t>
      </w:r>
    </w:p>
    <w:p w14:paraId="120F10F2" w14:textId="77777777" w:rsidR="00900948" w:rsidRDefault="00F87C33">
      <w:pPr>
        <w:spacing w:after="0"/>
      </w:pPr>
      <w:r>
        <w:t>My favorite page was Day ______ because:</w:t>
      </w:r>
    </w:p>
    <w:p w14:paraId="6709DA1F" w14:textId="77777777" w:rsidR="00900948" w:rsidRDefault="00F87C33">
      <w:pPr>
        <w:spacing w:after="120"/>
      </w:pPr>
      <w:r>
        <w:rPr>
          <w:color w:val="BBBBBB"/>
        </w:rPr>
        <w:t>__________________________________________________________</w:t>
      </w:r>
    </w:p>
    <w:p w14:paraId="0001B8AC" w14:textId="77777777" w:rsidR="00900948" w:rsidRDefault="00F87C33">
      <w:pPr>
        <w:spacing w:after="120"/>
      </w:pPr>
      <w:r>
        <w:rPr>
          <w:color w:val="BBBBBB"/>
        </w:rPr>
        <w:t>__________________________________________________________</w:t>
      </w:r>
    </w:p>
    <w:p w14:paraId="5D16570E" w14:textId="77777777" w:rsidR="00900948" w:rsidRDefault="00F87C33">
      <w:pPr>
        <w:spacing w:after="0"/>
      </w:pPr>
      <w:r>
        <w:t>My favorite page was Day ______ because:</w:t>
      </w:r>
    </w:p>
    <w:p w14:paraId="3D16933F" w14:textId="77777777" w:rsidR="00900948" w:rsidRDefault="00F87C33">
      <w:pPr>
        <w:spacing w:after="120"/>
      </w:pPr>
      <w:r>
        <w:rPr>
          <w:color w:val="BBBBBB"/>
        </w:rPr>
        <w:t>__________________________________________________________</w:t>
      </w:r>
    </w:p>
    <w:p w14:paraId="261BB373" w14:textId="77777777" w:rsidR="00900948" w:rsidRDefault="00F87C33">
      <w:pPr>
        <w:spacing w:after="120"/>
      </w:pPr>
      <w:r>
        <w:rPr>
          <w:color w:val="BBBBBB"/>
        </w:rPr>
        <w:t>__________________________________________________________</w:t>
      </w:r>
    </w:p>
    <w:p w14:paraId="0FC01B45" w14:textId="77777777" w:rsidR="00900948" w:rsidRDefault="00F87C33">
      <w:pPr>
        <w:pageBreakBefore/>
        <w:spacing w:after="160"/>
      </w:pPr>
      <w:r>
        <w:rPr>
          <w:rFonts w:ascii="Georgia" w:hAnsi="Georgia"/>
          <w:b/>
          <w:color w:val="E808C4"/>
          <w:sz w:val="44"/>
        </w:rPr>
        <w:t>For Grown-Ups</w:t>
      </w:r>
    </w:p>
    <w:p w14:paraId="57E2ED66" w14:textId="77777777" w:rsidR="00900948" w:rsidRDefault="00F87C33">
      <w:r>
        <w:t>Harbor’s world began in a little gift shop beside a gentle Hawaiian harbor, in the storybook Hawaiian Harbor Comes to Life. Harbor is a small cream plush with a teal aloha shirt, a plumeria lei, and a gold crown that is always a little too big. With his friends — Honu the sea turtle, Nalu the crab with one bigger claw, and Lani the little bird — he learns that home is the people who love you, and that brave does not mean big.</w:t>
      </w:r>
    </w:p>
    <w:p w14:paraId="37BA38E6" w14:textId="77777777" w:rsidR="00900948" w:rsidRDefault="00F87C33">
      <w:r>
        <w:t>This logbook gives children a small, steady ritual: naming the weather in their hearts, noticing one good thing, and drawing their day. There are no wrong answers here, and no grades. If your child wants to share a page, listen the way the kind lady in the story listened — with your whole heart. If a page stays private, that is fine, too. Even keepers of the light keep a few pages just for themselves.</w:t>
      </w:r>
    </w:p>
    <w:p w14:paraId="7E259708" w14:textId="77777777" w:rsidR="00900948" w:rsidRDefault="00F87C33">
      <w:r>
        <w:t>Thank you for making room for small stories and small lights. May this little logbook help your child feel seen, welcomed, and loved — one day, one page, and one good thing at a time.</w:t>
      </w:r>
    </w:p>
    <w:p w14:paraId="0320190D" w14:textId="77777777" w:rsidR="00900948" w:rsidRDefault="00900948"/>
    <w:p w14:paraId="016DC70B" w14:textId="77777777" w:rsidR="00900948" w:rsidRDefault="00900948"/>
    <w:p w14:paraId="6B7990C4" w14:textId="77777777" w:rsidR="00900948" w:rsidRDefault="00F87C33">
      <w:pPr>
        <w:jc w:val="center"/>
      </w:pPr>
      <w:r>
        <w:rPr>
          <w:b/>
          <w:color w:val="7A0C5A"/>
          <w:sz w:val="26"/>
        </w:rPr>
        <w:t>Royallei · royallei.com · Lenka John</w:t>
      </w:r>
    </w:p>
    <w:sectPr w:rsidR="00900948" w:rsidSect="00034616">
      <w:pgSz w:w="12240" w:h="15840"/>
      <w:pgMar w:top="1000" w:right="1160" w:bottom="1000" w:left="1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1488933">
    <w:abstractNumId w:val="8"/>
  </w:num>
  <w:num w:numId="2" w16cid:durableId="84309454">
    <w:abstractNumId w:val="6"/>
  </w:num>
  <w:num w:numId="3" w16cid:durableId="58528114">
    <w:abstractNumId w:val="5"/>
  </w:num>
  <w:num w:numId="4" w16cid:durableId="799686497">
    <w:abstractNumId w:val="4"/>
  </w:num>
  <w:num w:numId="5" w16cid:durableId="1057583324">
    <w:abstractNumId w:val="7"/>
  </w:num>
  <w:num w:numId="6" w16cid:durableId="1042513456">
    <w:abstractNumId w:val="3"/>
  </w:num>
  <w:num w:numId="7" w16cid:durableId="2129540744">
    <w:abstractNumId w:val="2"/>
  </w:num>
  <w:num w:numId="8" w16cid:durableId="1893610791">
    <w:abstractNumId w:val="1"/>
  </w:num>
  <w:num w:numId="9" w16cid:durableId="2307755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44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45D10"/>
    <w:rsid w:val="00900948"/>
    <w:rsid w:val="00AA1D8D"/>
    <w:rsid w:val="00B47730"/>
    <w:rsid w:val="00CB0664"/>
    <w:rsid w:val="00F87C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7E2077"/>
  <w14:defaultImageDpi w14:val="300"/>
  <w15:docId w15:val="{26F6F51A-73DC-8A4C-8608-B7E699FF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336" w:lineRule="auto"/>
    </w:pPr>
    <w:rPr>
      <w:rFonts w:ascii="Calibri" w:hAnsi="Calibri"/>
      <w:color w:val="333333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2578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Harbor's Little Logbook — A Diary for Kids</dc:title>
  <dc:subject/>
  <dc:creator>Lenka John</dc:creator>
  <cp:keywords/>
  <dc:description>generated by python-docx</dc:description>
  <cp:lastModifiedBy>Lenka John</cp:lastModifiedBy>
  <cp:revision>2</cp:revision>
  <dcterms:created xsi:type="dcterms:W3CDTF">2026-11-01T19:48:00Z</dcterms:created>
  <dcterms:modified xsi:type="dcterms:W3CDTF">2026-11-01T19:48:00Z</dcterms:modified>
  <cp:category/>
</cp:coreProperties>
</file>